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D9126F" w14:textId="7541FA81" w:rsidR="003A140C" w:rsidRDefault="00000000">
      <w:pPr>
        <w:pStyle w:val="a8"/>
      </w:pPr>
      <w:r>
        <w:t xml:space="preserve">JJAANN Concludes Successful "Paralympics Viewing Party" with Big Ocean – Showcasing Global </w:t>
      </w:r>
      <w:r w:rsidR="00E57B18">
        <w:rPr>
          <w:rFonts w:eastAsia="맑은 고딕" w:hint="eastAsia"/>
          <w:lang w:eastAsia="ko-KR"/>
        </w:rPr>
        <w:t>DEI</w:t>
      </w:r>
      <w:r>
        <w:t xml:space="preserve"> and ESG Commitment</w:t>
      </w:r>
    </w:p>
    <w:p w14:paraId="22A4DE87" w14:textId="52356671" w:rsidR="003A140C" w:rsidRDefault="00000000">
      <w:r>
        <w:t>FOR IMMEDIATE RELEASE</w:t>
      </w:r>
      <w:r>
        <w:br/>
        <w:t>September 1</w:t>
      </w:r>
      <w:r w:rsidR="003F71E1">
        <w:rPr>
          <w:rFonts w:eastAsia="맑은 고딕" w:hint="eastAsia"/>
          <w:lang w:eastAsia="ko-KR"/>
        </w:rPr>
        <w:t>9</w:t>
      </w:r>
      <w:r>
        <w:t>, 2024</w:t>
      </w:r>
      <w:r>
        <w:br/>
        <w:t>Contact: Sue Kim</w:t>
      </w:r>
      <w:r>
        <w:br/>
        <w:t>Email: sue.kim@jjaann.com</w:t>
      </w:r>
      <w:r>
        <w:br/>
      </w:r>
    </w:p>
    <w:p w14:paraId="04AA0145" w14:textId="5C7606A1" w:rsidR="009D05E9" w:rsidRPr="009D05E9" w:rsidRDefault="009D05E9" w:rsidP="009D05E9">
      <w:pPr>
        <w:rPr>
          <w:rFonts w:eastAsia="맑은 고딕" w:hint="eastAsia"/>
          <w:lang w:eastAsia="ko-KR"/>
        </w:rPr>
      </w:pPr>
      <w:r>
        <w:t>Seoul, South Korea – JJAANN, a real-time global community live service, successfully wrapped up its 'Paralympics Viewing Party' in collaboration with the K-pop group Big Ocean, known for its members who are hard of hearing. This event saw enthusiastic participation from fans across 43 countries, spanning North America, Latin America, Asia, the Middle East, and Africa, further demonstrating JJAANN’s dedication to inclusivity and its commitment to ESG (Environmental, Social, and Governance) principles.</w:t>
      </w:r>
    </w:p>
    <w:p w14:paraId="4BB51454" w14:textId="02AA5B1D" w:rsidR="009D05E9" w:rsidRPr="009D05E9" w:rsidRDefault="009D05E9" w:rsidP="009D05E9">
      <w:pPr>
        <w:rPr>
          <w:rFonts w:eastAsia="맑은 고딕" w:hint="eastAsia"/>
          <w:lang w:eastAsia="ko-KR"/>
        </w:rPr>
      </w:pPr>
      <w:r>
        <w:t>The event was not just about watching the Paralympic games. JJAANN’s unique interactive features allowed fans to engage in Paralympics-themed OX quizzes and games, deepening their understanding of the event’s values while fostering a more engaging viewing experience. By merging game mechanics with live sports, JJAANN reinforced its position as a differentiated platform, combining entertainment with social interaction.</w:t>
      </w:r>
    </w:p>
    <w:p w14:paraId="4719B688" w14:textId="74F1FE01" w:rsidR="009D05E9" w:rsidRPr="009D05E9" w:rsidRDefault="009D05E9" w:rsidP="009D05E9">
      <w:pPr>
        <w:rPr>
          <w:rFonts w:eastAsia="맑은 고딕" w:hint="eastAsia"/>
          <w:lang w:eastAsia="ko-KR"/>
        </w:rPr>
      </w:pPr>
      <w:r>
        <w:t>One of the most impactful moments of the event was when Big Ocean communicated with their fans using sign language via JJAANN’s group video chat function. Fans with hearing differences were also able to actively participate through real-time sign language communication, while JJAANN’s live translation feature broke down language barriers, enabling fans and stars from different linguistic backgrounds to communicate seamlessly in their native languages. This moment powerfully embodied JJAANN’s commitment to Diversity, Equity, and Inclusion (DEI) values.</w:t>
      </w:r>
    </w:p>
    <w:p w14:paraId="7E6A0CB1" w14:textId="0AFF0867" w:rsidR="009D05E9" w:rsidRPr="009D05E9" w:rsidRDefault="009D05E9" w:rsidP="009D05E9">
      <w:pPr>
        <w:rPr>
          <w:rFonts w:eastAsia="맑은 고딕" w:hint="eastAsia"/>
          <w:lang w:eastAsia="ko-KR"/>
        </w:rPr>
      </w:pPr>
      <w:r>
        <w:t>"We are thrilled to have partnered with Big Ocean to offer more people the opportunity to enjoy the Paralympics," said Seon Joo Yoon, CEO of JJAANN. "JJAANN’s real-time video communication platform allows fans and stars to connect while watching live broadcasts together, making events like the Paralympics more enjoyable and accessible. This event is a meaningful example of how JJAANN’s services align with our global vision of delivering inclusive experiences based on ESG and DEI principles."</w:t>
      </w:r>
    </w:p>
    <w:p w14:paraId="564B82F0" w14:textId="5654B70B" w:rsidR="009D05E9" w:rsidRPr="009D05E9" w:rsidRDefault="009D05E9" w:rsidP="009D05E9">
      <w:pPr>
        <w:rPr>
          <w:rFonts w:eastAsia="맑은 고딕" w:hint="eastAsia"/>
          <w:lang w:eastAsia="ko-KR"/>
        </w:rPr>
      </w:pPr>
      <w:r>
        <w:lastRenderedPageBreak/>
        <w:t>In addition to the event, JJAANN and Big Ocean launched a follow-up review campaign to further spread the Paralympics’ message through social media, helping to amplify the significance and emotional impact of the games to a broader audience, thus maximizing the social influence of sports.</w:t>
      </w:r>
    </w:p>
    <w:p w14:paraId="39AB365C" w14:textId="61F3857B" w:rsidR="009D05E9" w:rsidRPr="009D05E9" w:rsidRDefault="009D05E9" w:rsidP="009D05E9">
      <w:pPr>
        <w:rPr>
          <w:rFonts w:eastAsia="맑은 고딕" w:hint="eastAsia"/>
          <w:lang w:eastAsia="ko-KR"/>
        </w:rPr>
      </w:pPr>
      <w:r>
        <w:t>Looking ahead, JJAANN plans to continue expanding its inclusive global community by collaborating with Big Ocean and other Para-stars, integrating sign language-based quizzes into its platform, and enhancing communication features that foster closer relationships between stars and fans. These efforts are aligned with the company’s long-term commitment to ESG and DEI principles, ensuring that the platform remains a space where global fans and stars can connect, communicate, and empathize.</w:t>
      </w:r>
    </w:p>
    <w:p w14:paraId="78514C92" w14:textId="77777777" w:rsidR="009D05E9" w:rsidRDefault="009D05E9" w:rsidP="009D05E9">
      <w:r>
        <w:t>Big Ocean, the world’s first K-pop group entirely composed of members who are hard of hearing, debuted on April 20, 2024, in celebration of Disability Day with a remake of H.O.T.’s iconic song, 'Hope.' The group has since garnered global attention, gaining popularity in the U.S., Latin America, and Europe. Recently, Big Ocean released a new song titled 'Slow,' dedicated to cheering on the 2024 Paris Olympics and Paralympics athletes.</w:t>
      </w:r>
    </w:p>
    <w:p w14:paraId="2E8CB48D" w14:textId="72107609" w:rsidR="003A140C" w:rsidRDefault="00000000">
      <w:r>
        <w:t>About JJAANN</w:t>
      </w:r>
      <w:r>
        <w:br/>
      </w:r>
      <w:proofErr w:type="spellStart"/>
      <w:r>
        <w:t>JJAANN</w:t>
      </w:r>
      <w:proofErr w:type="spellEnd"/>
      <w:r>
        <w:t xml:space="preserve"> is a global </w:t>
      </w:r>
      <w:r w:rsidR="000B4CAF">
        <w:rPr>
          <w:rFonts w:eastAsia="맑은 고딕" w:hint="eastAsia"/>
          <w:lang w:eastAsia="ko-KR"/>
        </w:rPr>
        <w:t xml:space="preserve">star-fan </w:t>
      </w:r>
      <w:r>
        <w:t>community live service platform that connects fans and stars through real-time video group chats. It allows users to engage in shared experiences such as eating, drinking, cheering, and even participating in live styling or makeup sessions, fostering deeper connections and mutual understanding across diverse cultures.</w:t>
      </w:r>
    </w:p>
    <w:p w14:paraId="66F753BF" w14:textId="77777777" w:rsidR="003A140C" w:rsidRDefault="00000000">
      <w:r>
        <w:t>For further inquiries, please contact:</w:t>
      </w:r>
      <w:r>
        <w:br/>
        <w:t>Sue Kim</w:t>
      </w:r>
      <w:r>
        <w:br/>
        <w:t>sue.kim@jjaann.com</w:t>
      </w:r>
    </w:p>
    <w:p w14:paraId="616FB96D" w14:textId="34E544E2" w:rsidR="005D7299" w:rsidRDefault="00000000">
      <w:pPr>
        <w:rPr>
          <w:rFonts w:eastAsia="맑은 고딕"/>
          <w:lang w:eastAsia="ko-KR"/>
        </w:rPr>
      </w:pPr>
      <w:r>
        <w:t>Follow JJAANN on:</w:t>
      </w:r>
      <w:r>
        <w:br/>
        <w:t>Twitter: @</w:t>
      </w:r>
      <w:r w:rsidR="005D7299" w:rsidRPr="005D7299">
        <w:t>jjaann_global</w:t>
      </w:r>
      <w:r>
        <w:br/>
        <w:t xml:space="preserve">Instagram: </w:t>
      </w:r>
      <w:r w:rsidR="005D7299">
        <w:rPr>
          <w:rFonts w:eastAsia="맑은 고딕" w:hint="eastAsia"/>
          <w:lang w:eastAsia="ko-KR"/>
        </w:rPr>
        <w:t>@</w:t>
      </w:r>
      <w:proofErr w:type="gramStart"/>
      <w:r w:rsidR="005D7299" w:rsidRPr="005D7299">
        <w:t>jjaann.official</w:t>
      </w:r>
      <w:proofErr w:type="gramEnd"/>
      <w:r w:rsidR="005D7299" w:rsidRPr="005D7299">
        <w:t>_global</w:t>
      </w:r>
      <w:r>
        <w:br/>
        <w:t xml:space="preserve">YouTube: </w:t>
      </w:r>
      <w:r w:rsidR="005D7299" w:rsidRPr="005D7299">
        <w:t>https://www.youtube.com/@JJAANN</w:t>
      </w:r>
      <w:r>
        <w:br/>
        <w:t xml:space="preserve">Website: </w:t>
      </w:r>
      <w:hyperlink r:id="rId6" w:history="1">
        <w:r w:rsidR="005D7299" w:rsidRPr="0029515F">
          <w:rPr>
            <w:rStyle w:val="aff1"/>
          </w:rPr>
          <w:t>www.jjaann.com</w:t>
        </w:r>
      </w:hyperlink>
    </w:p>
    <w:p w14:paraId="6F0BAAEE" w14:textId="62901609" w:rsidR="005D7299" w:rsidRPr="005D7299" w:rsidRDefault="005D7299">
      <w:pPr>
        <w:rPr>
          <w:rFonts w:eastAsia="맑은 고딕" w:hint="eastAsia"/>
          <w:lang w:eastAsia="ko-KR"/>
        </w:rPr>
      </w:pPr>
      <w:r>
        <w:rPr>
          <w:rFonts w:eastAsia="맑은 고딕" w:hint="eastAsia"/>
          <w:lang w:eastAsia="ko-KR"/>
        </w:rPr>
        <w:t xml:space="preserve">App Store: </w:t>
      </w:r>
      <w:hyperlink r:id="rId7" w:history="1">
        <w:r w:rsidRPr="0029515F">
          <w:rPr>
            <w:rStyle w:val="aff1"/>
            <w:rFonts w:eastAsia="맑은 고딕"/>
            <w:lang w:eastAsia="ko-KR"/>
          </w:rPr>
          <w:t>https://apps.apple.com/ph/app/jjaann-star-fan-playground/id1617588410</w:t>
        </w:r>
      </w:hyperlink>
      <w:r>
        <w:rPr>
          <w:rFonts w:eastAsia="맑은 고딕" w:hint="eastAsia"/>
          <w:lang w:eastAsia="ko-KR"/>
        </w:rPr>
        <w:t xml:space="preserve"> </w:t>
      </w:r>
    </w:p>
    <w:p w14:paraId="693F600C" w14:textId="27F3332E" w:rsidR="005D7299" w:rsidRPr="005D7299" w:rsidRDefault="005D7299">
      <w:pPr>
        <w:rPr>
          <w:rFonts w:eastAsia="맑은 고딕" w:hint="eastAsia"/>
          <w:lang w:eastAsia="ko-KR"/>
        </w:rPr>
      </w:pPr>
      <w:r>
        <w:rPr>
          <w:rFonts w:eastAsia="맑은 고딕" w:hint="eastAsia"/>
          <w:lang w:eastAsia="ko-KR"/>
        </w:rPr>
        <w:t xml:space="preserve">Google Play Store: </w:t>
      </w:r>
      <w:hyperlink r:id="rId8" w:history="1">
        <w:r w:rsidRPr="0029515F">
          <w:rPr>
            <w:rStyle w:val="aff1"/>
            <w:rFonts w:eastAsia="맑은 고딕"/>
            <w:lang w:eastAsia="ko-KR"/>
          </w:rPr>
          <w:t>https://play.google.com/store/apps/details?id=com.jjaanncompany.jjaann&amp;pcampaignid=web_share</w:t>
        </w:r>
      </w:hyperlink>
      <w:r>
        <w:rPr>
          <w:rFonts w:eastAsia="맑은 고딕" w:hint="eastAsia"/>
          <w:lang w:eastAsia="ko-KR"/>
        </w:rPr>
        <w:t xml:space="preserve"> </w:t>
      </w:r>
    </w:p>
    <w:sectPr w:rsidR="005D7299" w:rsidRPr="005D7299"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맑은 고딕">
    <w:panose1 w:val="020B0503020000020004"/>
    <w:charset w:val="81"/>
    <w:family w:val="modern"/>
    <w:pitch w:val="variable"/>
    <w:sig w:usb0="9000002F" w:usb1="29D77CFB" w:usb2="00000012"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16cid:durableId="1442608455">
    <w:abstractNumId w:val="8"/>
  </w:num>
  <w:num w:numId="2" w16cid:durableId="732896774">
    <w:abstractNumId w:val="6"/>
  </w:num>
  <w:num w:numId="3" w16cid:durableId="756488645">
    <w:abstractNumId w:val="5"/>
  </w:num>
  <w:num w:numId="4" w16cid:durableId="465926432">
    <w:abstractNumId w:val="4"/>
  </w:num>
  <w:num w:numId="5" w16cid:durableId="1338652430">
    <w:abstractNumId w:val="7"/>
  </w:num>
  <w:num w:numId="6" w16cid:durableId="262763379">
    <w:abstractNumId w:val="3"/>
  </w:num>
  <w:num w:numId="7" w16cid:durableId="1213007775">
    <w:abstractNumId w:val="2"/>
  </w:num>
  <w:num w:numId="8" w16cid:durableId="1605530114">
    <w:abstractNumId w:val="1"/>
  </w:num>
  <w:num w:numId="9" w16cid:durableId="15134957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B4CAF"/>
    <w:rsid w:val="000D15E9"/>
    <w:rsid w:val="0015074B"/>
    <w:rsid w:val="0029639D"/>
    <w:rsid w:val="00326F90"/>
    <w:rsid w:val="003A140C"/>
    <w:rsid w:val="003F71E1"/>
    <w:rsid w:val="005D7299"/>
    <w:rsid w:val="006654E0"/>
    <w:rsid w:val="006D78CD"/>
    <w:rsid w:val="007D36D9"/>
    <w:rsid w:val="008F67E4"/>
    <w:rsid w:val="00967C70"/>
    <w:rsid w:val="009D05E9"/>
    <w:rsid w:val="00AA1D8D"/>
    <w:rsid w:val="00B47730"/>
    <w:rsid w:val="00CB0664"/>
    <w:rsid w:val="00E44E93"/>
    <w:rsid w:val="00E57B1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1E578FA"/>
  <w14:defaultImageDpi w14:val="300"/>
  <w15:docId w15:val="{4DBE45D7-91A8-4C1C-82DE-0953F2494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style>
  <w:style w:type="paragraph" w:styleId="1">
    <w:name w:val="heading 1"/>
    <w:basedOn w:val="a1"/>
    <w:next w:val="a1"/>
    <w:link w:val="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E618BF"/>
    <w:pPr>
      <w:tabs>
        <w:tab w:val="center" w:pos="4680"/>
        <w:tab w:val="right" w:pos="9360"/>
      </w:tabs>
      <w:spacing w:after="0" w:line="240" w:lineRule="auto"/>
    </w:pPr>
  </w:style>
  <w:style w:type="character" w:customStyle="1" w:styleId="Char">
    <w:name w:val="머리글 Char"/>
    <w:basedOn w:val="a2"/>
    <w:link w:val="a5"/>
    <w:uiPriority w:val="99"/>
    <w:rsid w:val="00E618BF"/>
  </w:style>
  <w:style w:type="paragraph" w:styleId="a6">
    <w:name w:val="footer"/>
    <w:basedOn w:val="a1"/>
    <w:link w:val="Char0"/>
    <w:uiPriority w:val="99"/>
    <w:unhideWhenUsed/>
    <w:rsid w:val="00E618BF"/>
    <w:pPr>
      <w:tabs>
        <w:tab w:val="center" w:pos="4680"/>
        <w:tab w:val="right" w:pos="9360"/>
      </w:tabs>
      <w:spacing w:after="0" w:line="240" w:lineRule="auto"/>
    </w:pPr>
  </w:style>
  <w:style w:type="character" w:customStyle="1" w:styleId="Char0">
    <w:name w:val="바닥글 Char"/>
    <w:basedOn w:val="a2"/>
    <w:link w:val="a6"/>
    <w:uiPriority w:val="99"/>
    <w:rsid w:val="00E618BF"/>
  </w:style>
  <w:style w:type="paragraph" w:styleId="a7">
    <w:name w:val="No Spacing"/>
    <w:uiPriority w:val="1"/>
    <w:qFormat/>
    <w:rsid w:val="00FC693F"/>
    <w:pPr>
      <w:spacing w:after="0" w:line="240" w:lineRule="auto"/>
    </w:pPr>
  </w:style>
  <w:style w:type="character" w:customStyle="1" w:styleId="1Char">
    <w:name w:val="제목 1 Char"/>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Char">
    <w:name w:val="제목 2 Char"/>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Char">
    <w:name w:val="제목 3 Char"/>
    <w:basedOn w:val="a2"/>
    <w:link w:val="31"/>
    <w:uiPriority w:val="9"/>
    <w:rsid w:val="00FC693F"/>
    <w:rPr>
      <w:rFonts w:asciiTheme="majorHAnsi" w:eastAsiaTheme="majorEastAsia" w:hAnsiTheme="majorHAnsi" w:cstheme="majorBidi"/>
      <w:b/>
      <w:bCs/>
      <w:color w:val="4F81BD" w:themeColor="accent1"/>
    </w:rPr>
  </w:style>
  <w:style w:type="paragraph" w:styleId="a8">
    <w:name w:val="Title"/>
    <w:basedOn w:val="a1"/>
    <w:next w:val="a1"/>
    <w:link w:val="Char1"/>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제목 Char"/>
    <w:basedOn w:val="a2"/>
    <w:link w:val="a8"/>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1"/>
    <w:next w:val="a1"/>
    <w:link w:val="Char2"/>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2">
    <w:name w:val="부제 Char"/>
    <w:basedOn w:val="a2"/>
    <w:link w:val="a9"/>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Char3"/>
    <w:uiPriority w:val="99"/>
    <w:unhideWhenUsed/>
    <w:rsid w:val="00AA1D8D"/>
    <w:pPr>
      <w:spacing w:after="120"/>
    </w:pPr>
  </w:style>
  <w:style w:type="character" w:customStyle="1" w:styleId="Char3">
    <w:name w:val="본문 Char"/>
    <w:basedOn w:val="a2"/>
    <w:link w:val="ab"/>
    <w:uiPriority w:val="99"/>
    <w:rsid w:val="00AA1D8D"/>
  </w:style>
  <w:style w:type="paragraph" w:styleId="22">
    <w:name w:val="Body Text 2"/>
    <w:basedOn w:val="a1"/>
    <w:link w:val="2Char0"/>
    <w:uiPriority w:val="99"/>
    <w:unhideWhenUsed/>
    <w:rsid w:val="00AA1D8D"/>
    <w:pPr>
      <w:spacing w:after="120" w:line="480" w:lineRule="auto"/>
    </w:pPr>
  </w:style>
  <w:style w:type="character" w:customStyle="1" w:styleId="2Char0">
    <w:name w:val="본문 2 Char"/>
    <w:basedOn w:val="a2"/>
    <w:link w:val="22"/>
    <w:uiPriority w:val="99"/>
    <w:rsid w:val="00AA1D8D"/>
  </w:style>
  <w:style w:type="paragraph" w:styleId="32">
    <w:name w:val="Body Text 3"/>
    <w:basedOn w:val="a1"/>
    <w:link w:val="3Char0"/>
    <w:uiPriority w:val="99"/>
    <w:unhideWhenUsed/>
    <w:rsid w:val="00AA1D8D"/>
    <w:pPr>
      <w:spacing w:after="120"/>
    </w:pPr>
    <w:rPr>
      <w:sz w:val="16"/>
      <w:szCs w:val="16"/>
    </w:rPr>
  </w:style>
  <w:style w:type="character" w:customStyle="1" w:styleId="3Char0">
    <w:name w:val="본문 3 Char"/>
    <w:basedOn w:val="a2"/>
    <w:link w:val="32"/>
    <w:uiPriority w:val="99"/>
    <w:rsid w:val="00AA1D8D"/>
    <w:rPr>
      <w:sz w:val="16"/>
      <w:szCs w:val="16"/>
    </w:rPr>
  </w:style>
  <w:style w:type="paragraph" w:styleId="ac">
    <w:name w:val="List"/>
    <w:basedOn w:val="a1"/>
    <w:uiPriority w:val="99"/>
    <w:unhideWhenUsed/>
    <w:rsid w:val="00AA1D8D"/>
    <w:pPr>
      <w:ind w:left="360" w:hanging="360"/>
      <w:contextualSpacing/>
    </w:pPr>
  </w:style>
  <w:style w:type="paragraph" w:styleId="23">
    <w:name w:val="List 2"/>
    <w:basedOn w:val="a1"/>
    <w:uiPriority w:val="99"/>
    <w:unhideWhenUsed/>
    <w:rsid w:val="00326F90"/>
    <w:pPr>
      <w:ind w:left="720" w:hanging="360"/>
      <w:contextualSpacing/>
    </w:pPr>
  </w:style>
  <w:style w:type="paragraph" w:styleId="33">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d">
    <w:name w:val="List Continue"/>
    <w:basedOn w:val="a1"/>
    <w:uiPriority w:val="99"/>
    <w:unhideWhenUsed/>
    <w:rsid w:val="0029639D"/>
    <w:pPr>
      <w:spacing w:after="120"/>
      <w:ind w:left="360"/>
      <w:contextualSpacing/>
    </w:pPr>
  </w:style>
  <w:style w:type="paragraph" w:styleId="24">
    <w:name w:val="List Continue 2"/>
    <w:basedOn w:val="a1"/>
    <w:uiPriority w:val="99"/>
    <w:unhideWhenUsed/>
    <w:rsid w:val="0029639D"/>
    <w:pPr>
      <w:spacing w:after="120"/>
      <w:ind w:left="720"/>
      <w:contextualSpacing/>
    </w:pPr>
  </w:style>
  <w:style w:type="paragraph" w:styleId="34">
    <w:name w:val="List Continue 3"/>
    <w:basedOn w:val="a1"/>
    <w:uiPriority w:val="99"/>
    <w:unhideWhenUsed/>
    <w:rsid w:val="0029639D"/>
    <w:pPr>
      <w:spacing w:after="120"/>
      <w:ind w:left="1080"/>
      <w:contextualSpacing/>
    </w:pPr>
  </w:style>
  <w:style w:type="paragraph" w:styleId="ae">
    <w:name w:val="macro"/>
    <w:link w:val="Char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Char4">
    <w:name w:val="매크로 텍스트 Char"/>
    <w:basedOn w:val="a2"/>
    <w:link w:val="ae"/>
    <w:uiPriority w:val="99"/>
    <w:rsid w:val="0029639D"/>
    <w:rPr>
      <w:rFonts w:ascii="Courier" w:hAnsi="Courier"/>
      <w:sz w:val="20"/>
      <w:szCs w:val="20"/>
    </w:rPr>
  </w:style>
  <w:style w:type="paragraph" w:styleId="af">
    <w:name w:val="Quote"/>
    <w:basedOn w:val="a1"/>
    <w:next w:val="a1"/>
    <w:link w:val="Char5"/>
    <w:uiPriority w:val="29"/>
    <w:qFormat/>
    <w:rsid w:val="00FC693F"/>
    <w:rPr>
      <w:i/>
      <w:iCs/>
      <w:color w:val="000000" w:themeColor="text1"/>
    </w:rPr>
  </w:style>
  <w:style w:type="character" w:customStyle="1" w:styleId="Char5">
    <w:name w:val="인용 Char"/>
    <w:basedOn w:val="a2"/>
    <w:link w:val="af"/>
    <w:uiPriority w:val="29"/>
    <w:rsid w:val="00FC693F"/>
    <w:rPr>
      <w:i/>
      <w:iCs/>
      <w:color w:val="000000" w:themeColor="text1"/>
    </w:rPr>
  </w:style>
  <w:style w:type="character" w:customStyle="1" w:styleId="4Char">
    <w:name w:val="제목 4 Char"/>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Char">
    <w:name w:val="제목 5 Char"/>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Char">
    <w:name w:val="제목 6 Char"/>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Char">
    <w:name w:val="제목 7 Char"/>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Char">
    <w:name w:val="제목 8 Char"/>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Char">
    <w:name w:val="제목 9 Char"/>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0">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1">
    <w:name w:val="Strong"/>
    <w:basedOn w:val="a2"/>
    <w:uiPriority w:val="22"/>
    <w:qFormat/>
    <w:rsid w:val="00FC693F"/>
    <w:rPr>
      <w:b/>
      <w:bCs/>
    </w:rPr>
  </w:style>
  <w:style w:type="character" w:styleId="af2">
    <w:name w:val="Emphasis"/>
    <w:basedOn w:val="a2"/>
    <w:uiPriority w:val="20"/>
    <w:qFormat/>
    <w:rsid w:val="00FC693F"/>
    <w:rPr>
      <w:i/>
      <w:iCs/>
    </w:rPr>
  </w:style>
  <w:style w:type="paragraph" w:styleId="af3">
    <w:name w:val="Intense Quote"/>
    <w:basedOn w:val="a1"/>
    <w:next w:val="a1"/>
    <w:link w:val="Char6"/>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har6">
    <w:name w:val="강한 인용 Char"/>
    <w:basedOn w:val="a2"/>
    <w:link w:val="af3"/>
    <w:uiPriority w:val="30"/>
    <w:rsid w:val="00FC693F"/>
    <w:rPr>
      <w:b/>
      <w:bCs/>
      <w:i/>
      <w:iCs/>
      <w:color w:val="4F81BD" w:themeColor="accent1"/>
    </w:rPr>
  </w:style>
  <w:style w:type="character" w:styleId="af4">
    <w:name w:val="Subtle Emphasis"/>
    <w:basedOn w:val="a2"/>
    <w:uiPriority w:val="19"/>
    <w:qFormat/>
    <w:rsid w:val="00FC693F"/>
    <w:rPr>
      <w:i/>
      <w:iCs/>
      <w:color w:val="808080" w:themeColor="text1" w:themeTint="7F"/>
    </w:rPr>
  </w:style>
  <w:style w:type="character" w:styleId="af5">
    <w:name w:val="Intense Emphasis"/>
    <w:basedOn w:val="a2"/>
    <w:uiPriority w:val="21"/>
    <w:qFormat/>
    <w:rsid w:val="00FC693F"/>
    <w:rPr>
      <w:b/>
      <w:bCs/>
      <w:i/>
      <w:iCs/>
      <w:color w:val="4F81BD" w:themeColor="accent1"/>
    </w:rPr>
  </w:style>
  <w:style w:type="character" w:styleId="af6">
    <w:name w:val="Subtle Reference"/>
    <w:basedOn w:val="a2"/>
    <w:uiPriority w:val="31"/>
    <w:qFormat/>
    <w:rsid w:val="00FC693F"/>
    <w:rPr>
      <w:smallCaps/>
      <w:color w:val="C0504D" w:themeColor="accent2"/>
      <w:u w:val="single"/>
    </w:rPr>
  </w:style>
  <w:style w:type="character" w:styleId="af7">
    <w:name w:val="Intense Reference"/>
    <w:basedOn w:val="a2"/>
    <w:uiPriority w:val="32"/>
    <w:qFormat/>
    <w:rsid w:val="00FC693F"/>
    <w:rPr>
      <w:b/>
      <w:bCs/>
      <w:smallCaps/>
      <w:color w:val="C0504D" w:themeColor="accent2"/>
      <w:spacing w:val="5"/>
      <w:u w:val="single"/>
    </w:rPr>
  </w:style>
  <w:style w:type="character" w:styleId="af8">
    <w:name w:val="Book Title"/>
    <w:basedOn w:val="a2"/>
    <w:uiPriority w:val="33"/>
    <w:qFormat/>
    <w:rsid w:val="00FC693F"/>
    <w:rPr>
      <w:b/>
      <w:bCs/>
      <w:smallCaps/>
      <w:spacing w:val="5"/>
    </w:rPr>
  </w:style>
  <w:style w:type="paragraph" w:styleId="TOC">
    <w:name w:val="TOC Heading"/>
    <w:basedOn w:val="1"/>
    <w:next w:val="a1"/>
    <w:uiPriority w:val="39"/>
    <w:semiHidden/>
    <w:unhideWhenUsed/>
    <w:qFormat/>
    <w:rsid w:val="00FC693F"/>
    <w:pPr>
      <w:outlineLvl w:val="9"/>
    </w:pPr>
  </w:style>
  <w:style w:type="table" w:styleId="af9">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a">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b">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c">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0">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5">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6">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2">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7">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5">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d">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e">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0">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aff1">
    <w:name w:val="Hyperlink"/>
    <w:basedOn w:val="a2"/>
    <w:uiPriority w:val="99"/>
    <w:unhideWhenUsed/>
    <w:rsid w:val="005D7299"/>
    <w:rPr>
      <w:color w:val="0000FF" w:themeColor="hyperlink"/>
      <w:u w:val="single"/>
    </w:rPr>
  </w:style>
  <w:style w:type="character" w:styleId="aff2">
    <w:name w:val="Unresolved Mention"/>
    <w:basedOn w:val="a2"/>
    <w:uiPriority w:val="99"/>
    <w:semiHidden/>
    <w:unhideWhenUsed/>
    <w:rsid w:val="005D72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y.google.com/store/apps/details?id=com.jjaanncompany.jjaann&amp;pcampaignid=web_share" TargetMode="External"/><Relationship Id="rId3" Type="http://schemas.openxmlformats.org/officeDocument/2006/relationships/styles" Target="styles.xml"/><Relationship Id="rId7" Type="http://schemas.openxmlformats.org/officeDocument/2006/relationships/hyperlink" Target="https://apps.apple.com/ph/app/jjaann-star-fan-playground/id161758841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jjaann.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655</Words>
  <Characters>3739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4386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Kim Suyeong</cp:lastModifiedBy>
  <cp:revision>5</cp:revision>
  <dcterms:created xsi:type="dcterms:W3CDTF">2024-10-09T00:23:00Z</dcterms:created>
  <dcterms:modified xsi:type="dcterms:W3CDTF">2024-10-09T00:30:00Z</dcterms:modified>
  <cp:category/>
</cp:coreProperties>
</file>